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i/>
          <w:color w:val="5C6B80"/>
          <w:sz w:val="18"/>
        </w:rPr>
        <w:t>[VOTRE LOGO]</w:t>
      </w:r>
    </w:p>
    <w:p>
      <w:r>
        <w:rPr>
          <w:b/>
          <w:color w:val="06426F"/>
          <w:sz w:val="26"/>
        </w:rPr>
        <w:t>[Nom de votre entreprise]</w:t>
      </w:r>
      <w:r>
        <w:rPr>
          <w:sz w:val="20"/>
        </w:rPr>
        <w:br/>
        <w:t>[Adresse complète]</w:t>
        <w:br/>
        <w:t>[Code postal, Ville]</w:t>
        <w:br/>
        <w:t>SIRET : [xxx xxx xxx xxxxx]  —  N° TVA intracommunautaire : [le cas échéant]</w:t>
        <w:br/>
        <w:t>Téléphone : [xx xx xx xx xx]  —  Email : [contact@votreentreprise.fr]</w:t>
      </w:r>
    </w:p>
    <w:p/>
    <w:p>
      <w:pPr>
        <w:jc w:val="right"/>
      </w:pPr>
      <w:r>
        <w:rPr>
          <w:b/>
          <w:color w:val="06426F"/>
          <w:sz w:val="40"/>
        </w:rPr>
        <w:t>DEVIS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Devis N° : [__________]</w:t>
              <w:br/>
            </w:r>
            <w:r>
              <w:t>Date d'émission : [__/__/____]</w:t>
              <w:br/>
            </w:r>
            <w:r>
              <w:t>Validité du devis : 30 jours à compter de la date d'émission</w:t>
              <w:br/>
            </w:r>
          </w:p>
        </w:tc>
        <w:tc>
          <w:tcPr>
            <w:tcW w:type="dxa" w:w="5100"/>
          </w:tcPr>
          <w:p>
            <w:r>
              <w:rPr>
                <w:b/>
              </w:rPr>
              <w:t>Client</w:t>
              <w:br/>
            </w:r>
            <w:r>
              <w:t>[Nom / Raison sociale]</w:t>
              <w:br/>
              <w:t>[Adresse complète]</w:t>
              <w:br/>
              <w:t>[Code postal, Ville]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fill="06426F"/>
          </w:tcPr>
          <w:p>
            <w:r>
              <w:rPr>
                <w:b/>
                <w:color w:val="FFFFFF"/>
                <w:sz w:val="19"/>
              </w:rPr>
              <w:t>Désignation</w:t>
            </w:r>
          </w:p>
        </w:tc>
        <w:tc>
          <w:tcPr>
            <w:tcW w:type="dxa" w:w="2040"/>
            <w:shd w:fill="06426F"/>
          </w:tcPr>
          <w:p>
            <w:r>
              <w:rPr>
                <w:b/>
                <w:color w:val="FFFFFF"/>
                <w:sz w:val="19"/>
              </w:rPr>
              <w:t>Quantité</w:t>
            </w:r>
          </w:p>
        </w:tc>
        <w:tc>
          <w:tcPr>
            <w:tcW w:type="dxa" w:w="2040"/>
            <w:shd w:fill="06426F"/>
          </w:tcPr>
          <w:p>
            <w:r>
              <w:rPr>
                <w:b/>
                <w:color w:val="FFFFFF"/>
                <w:sz w:val="19"/>
              </w:rPr>
              <w:t>Unité</w:t>
            </w:r>
          </w:p>
        </w:tc>
        <w:tc>
          <w:tcPr>
            <w:tcW w:type="dxa" w:w="2040"/>
            <w:shd w:fill="06426F"/>
          </w:tcPr>
          <w:p>
            <w:r>
              <w:rPr>
                <w:b/>
                <w:color w:val="FFFFFF"/>
                <w:sz w:val="19"/>
              </w:rPr>
              <w:t>Prix unitaire HT</w:t>
            </w:r>
          </w:p>
        </w:tc>
        <w:tc>
          <w:tcPr>
            <w:tcW w:type="dxa" w:w="2040"/>
            <w:shd w:fill="06426F"/>
          </w:tcPr>
          <w:p>
            <w:r>
              <w:rPr>
                <w:b/>
                <w:color w:val="FFFFFF"/>
                <w:sz w:val="19"/>
              </w:rPr>
              <w:t>Total HT</w:t>
            </w:r>
          </w:p>
        </w:tc>
      </w:tr>
      <w:tr>
        <w:tc>
          <w:tcPr>
            <w:tcW w:type="dxa" w:w="2040"/>
          </w:tcPr>
          <w:p>
            <w:r>
              <w:t>[Description de la prestation]</w:t>
            </w:r>
          </w:p>
        </w:tc>
        <w:tc>
          <w:tcPr>
            <w:tcW w:type="dxa" w:w="2040"/>
          </w:tcPr>
          <w:p>
            <w:r>
              <w:t>[__]</w:t>
            </w:r>
          </w:p>
        </w:tc>
        <w:tc>
          <w:tcPr>
            <w:tcW w:type="dxa" w:w="2040"/>
          </w:tcPr>
          <w:p>
            <w:r>
              <w:t>[u/h/m²...]</w:t>
            </w:r>
          </w:p>
        </w:tc>
        <w:tc>
          <w:tcPr>
            <w:tcW w:type="dxa" w:w="2040"/>
          </w:tcPr>
          <w:p>
            <w:r>
              <w:t>[__,__ €]</w:t>
            </w:r>
          </w:p>
        </w:tc>
        <w:tc>
          <w:tcPr>
            <w:tcW w:type="dxa" w:w="2040"/>
          </w:tcPr>
          <w:p>
            <w:r>
              <w:t>[__,__ €]</w:t>
            </w:r>
          </w:p>
        </w:tc>
      </w:tr>
      <w:tr>
        <w:tc>
          <w:tcPr>
            <w:tcW w:type="dxa" w:w="2040"/>
          </w:tcPr>
          <w:p>
            <w:r>
              <w:t>[Description de la prestation]</w:t>
            </w:r>
          </w:p>
        </w:tc>
        <w:tc>
          <w:tcPr>
            <w:tcW w:type="dxa" w:w="2040"/>
          </w:tcPr>
          <w:p>
            <w:r>
              <w:t>[__]</w:t>
            </w:r>
          </w:p>
        </w:tc>
        <w:tc>
          <w:tcPr>
            <w:tcW w:type="dxa" w:w="2040"/>
          </w:tcPr>
          <w:p>
            <w:r>
              <w:t>[u/h/m²...]</w:t>
            </w:r>
          </w:p>
        </w:tc>
        <w:tc>
          <w:tcPr>
            <w:tcW w:type="dxa" w:w="2040"/>
          </w:tcPr>
          <w:p>
            <w:r>
              <w:t>[__,__ €]</w:t>
            </w:r>
          </w:p>
        </w:tc>
        <w:tc>
          <w:tcPr>
            <w:tcW w:type="dxa" w:w="2040"/>
          </w:tcPr>
          <w:p>
            <w:r>
              <w:t>[__,__ €]</w:t>
            </w:r>
          </w:p>
        </w:tc>
      </w:tr>
      <w:tr>
        <w:tc>
          <w:tcPr>
            <w:tcW w:type="dxa" w:w="2040"/>
          </w:tcPr>
          <w:p>
            <w:r>
              <w:t>[Description de la prestation]</w:t>
            </w:r>
          </w:p>
        </w:tc>
        <w:tc>
          <w:tcPr>
            <w:tcW w:type="dxa" w:w="2040"/>
          </w:tcPr>
          <w:p>
            <w:r>
              <w:t>[__]</w:t>
            </w:r>
          </w:p>
        </w:tc>
        <w:tc>
          <w:tcPr>
            <w:tcW w:type="dxa" w:w="2040"/>
          </w:tcPr>
          <w:p>
            <w:r>
              <w:t>[u/h/m²...]</w:t>
            </w:r>
          </w:p>
        </w:tc>
        <w:tc>
          <w:tcPr>
            <w:tcW w:type="dxa" w:w="2040"/>
          </w:tcPr>
          <w:p>
            <w:r>
              <w:t>[__,__ €]</w:t>
            </w:r>
          </w:p>
        </w:tc>
        <w:tc>
          <w:tcPr>
            <w:tcW w:type="dxa" w:w="2040"/>
          </w:tcPr>
          <w:p>
            <w:r>
              <w:t>[__,__ €]</w:t>
            </w:r>
          </w:p>
        </w:tc>
      </w:tr>
      <w:tr>
        <w:tc>
          <w:tcPr>
            <w:tcW w:type="dxa" w:w="2040"/>
          </w:tcPr>
          <w:p>
            <w:r>
              <w:t>[Description de la prestation]</w:t>
            </w:r>
          </w:p>
        </w:tc>
        <w:tc>
          <w:tcPr>
            <w:tcW w:type="dxa" w:w="2040"/>
          </w:tcPr>
          <w:p>
            <w:r>
              <w:t>[__]</w:t>
            </w:r>
          </w:p>
        </w:tc>
        <w:tc>
          <w:tcPr>
            <w:tcW w:type="dxa" w:w="2040"/>
          </w:tcPr>
          <w:p>
            <w:r>
              <w:t>[u/h/m²...]</w:t>
            </w:r>
          </w:p>
        </w:tc>
        <w:tc>
          <w:tcPr>
            <w:tcW w:type="dxa" w:w="2040"/>
          </w:tcPr>
          <w:p>
            <w:r>
              <w:t>[__,__ €]</w:t>
            </w:r>
          </w:p>
        </w:tc>
        <w:tc>
          <w:tcPr>
            <w:tcW w:type="dxa" w:w="2040"/>
          </w:tcPr>
          <w:p>
            <w:r>
              <w:t>[__,__ €]</w:t>
            </w:r>
          </w:p>
        </w:tc>
      </w:tr>
    </w:tbl>
    <w:p/>
    <w:tbl>
      <w:tblPr>
        <w:tblW w:type="auto" w:w="0"/>
        <w:jc w:val="righ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 w:val="0"/>
              </w:rPr>
              <w:t>Sous-total HT</w:t>
            </w:r>
          </w:p>
        </w:tc>
        <w:tc>
          <w:tcPr>
            <w:tcW w:type="dxa" w:w="5100"/>
          </w:tcPr>
          <w:p>
            <w:r>
              <w:t>[__,__ €]</w:t>
            </w:r>
          </w:p>
        </w:tc>
      </w:tr>
      <w:tr>
        <w:tc>
          <w:tcPr>
            <w:tcW w:type="dxa" w:w="5100"/>
          </w:tcPr>
          <w:p>
            <w:r>
              <w:rPr>
                <w:b w:val="0"/>
              </w:rPr>
              <w:t>TVA</w:t>
            </w:r>
          </w:p>
        </w:tc>
        <w:tc>
          <w:tcPr>
            <w:tcW w:type="dxa" w:w="5100"/>
          </w:tcPr>
          <w:p>
            <w:r>
              <w:t>[__,__ €]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Total TTC</w:t>
            </w:r>
          </w:p>
        </w:tc>
        <w:tc>
          <w:tcPr>
            <w:tcW w:type="dxa" w:w="5100"/>
          </w:tcPr>
          <w:p>
            <w:r>
              <w:t>[__,__ €]</w:t>
            </w:r>
          </w:p>
        </w:tc>
      </w:tr>
    </w:tbl>
    <w:p>
      <w:r>
        <w:rPr>
          <w:i/>
          <w:color w:val="5C6B80"/>
          <w:sz w:val="18"/>
        </w:rPr>
        <w:t>TVA non applicable, art. 293 B du CGI (à retirer si vous n'êtes pas en franchise en base de TVA)</w:t>
      </w:r>
    </w:p>
    <w:p>
      <w:r>
        <w:rPr>
          <w:b/>
          <w:color w:val="06426F"/>
          <w:sz w:val="22"/>
        </w:rPr>
        <w:t>Modalités</w:t>
      </w:r>
    </w:p>
    <w:p>
      <w:r>
        <w:t>Acompte à la commande : [__] % soit [__,__ €]</w:t>
        <w:br/>
      </w:r>
      <w:r>
        <w:t>Solde à réception des travaux, sous [__] jours</w:t>
        <w:br/>
      </w:r>
      <w:r>
        <w:t>Durée estimée des travaux : [__]</w:t>
      </w:r>
    </w:p>
    <w:p>
      <w:r>
        <w:rPr>
          <w:b/>
          <w:color w:val="06426F"/>
          <w:sz w:val="22"/>
        </w:rPr>
        <w:t>Mentions obligatoires</w:t>
      </w:r>
    </w:p>
    <w:p>
      <w:r>
        <w:rPr>
          <w:sz w:val="18"/>
        </w:rPr>
        <w:t>Devis gratuit. Assurance responsabilité civile professionnelle et garantie décennale : [nom de l'assureur, n° de police]. En signant ce devis, le client reconnaît avoir pris connaissance des travaux à réaliser et des conditions de règlement ci-dessus.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t>Date et signature de l'entreprise</w:t>
              <w:br/>
              <w:br/>
            </w:r>
          </w:p>
        </w:tc>
        <w:tc>
          <w:tcPr>
            <w:tcW w:type="dxa" w:w="5100"/>
          </w:tcPr>
          <w:p>
            <w:r>
              <w:t>Bon pour accord — Date et signature du client</w:t>
              <w:br/>
              <w:br/>
            </w:r>
          </w:p>
        </w:tc>
      </w:tr>
    </w:tbl>
    <w:p/>
    <w:p>
      <w:pPr>
        <w:jc w:val="center"/>
      </w:pPr>
      <w:r>
        <w:rPr>
          <w:color w:val="5C6B80"/>
          <w:sz w:val="16"/>
        </w:rPr>
        <w:t>Modèle proposé par Artibot — artibot.pro</w:t>
      </w:r>
    </w:p>
    <w:sectPr w:rsidR="00FC693F" w:rsidRPr="0006063C" w:rsidSect="00034616">
      <w:pgSz w:w="12240" w:h="15840"/>
      <w:pgMar w:top="737" w:right="1020" w:bottom="73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before="0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