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i/>
          <w:color w:val="5C6B80"/>
          <w:sz w:val="18"/>
        </w:rPr>
        <w:t>[VOTRE LOGO]</w:t>
      </w:r>
    </w:p>
    <w:p>
      <w:r>
        <w:rPr>
          <w:b/>
          <w:color w:val="06426F"/>
          <w:sz w:val="26"/>
        </w:rPr>
        <w:t>[Nom de votre entreprise]</w:t>
      </w:r>
      <w:r>
        <w:rPr>
          <w:sz w:val="20"/>
        </w:rPr>
        <w:br/>
        <w:t>[Adresse complète]</w:t>
        <w:br/>
        <w:t>[Code postal, Ville]</w:t>
        <w:br/>
        <w:t>SIRET : [xxx xxx xxx xxxxx]  —  N° TVA intracommunautaire : [le cas échéant]</w:t>
        <w:br/>
        <w:t>Téléphone : [xx xx xx xx xx]  —  Email : [contact@votreentreprise.fr]</w:t>
      </w:r>
    </w:p>
    <w:p/>
    <w:p>
      <w:pPr>
        <w:jc w:val="right"/>
      </w:pPr>
      <w:r>
        <w:rPr>
          <w:b/>
          <w:color w:val="06426F"/>
          <w:sz w:val="40"/>
        </w:rPr>
        <w:t>FACTURE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r>
              <w:rPr>
                <w:b/>
              </w:rPr>
              <w:t>Facture N° : [__________]</w:t>
              <w:br/>
            </w:r>
            <w:r>
              <w:t>Date d'émission : [__/__/____]</w:t>
              <w:br/>
            </w:r>
            <w:r>
              <w:t>Date de la prestation : [__/__/____]  —  Devis associé : [n° du devis]</w:t>
              <w:br/>
            </w:r>
          </w:p>
        </w:tc>
        <w:tc>
          <w:tcPr>
            <w:tcW w:type="dxa" w:w="5100"/>
          </w:tcPr>
          <w:p>
            <w:r>
              <w:rPr>
                <w:b/>
              </w:rPr>
              <w:t>Client</w:t>
              <w:br/>
            </w:r>
            <w:r>
              <w:t>[Nom / Raison sociale]</w:t>
              <w:br/>
              <w:t>[Adresse complète]</w:t>
              <w:br/>
              <w:t>[Code postal, Ville]</w:t>
            </w:r>
          </w:p>
        </w:tc>
      </w:tr>
    </w:tbl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40"/>
        <w:gridCol w:w="2040"/>
        <w:gridCol w:w="2040"/>
        <w:gridCol w:w="2040"/>
        <w:gridCol w:w="2040"/>
      </w:tblGrid>
      <w:tr>
        <w:tc>
          <w:tcPr>
            <w:tcW w:type="dxa" w:w="2040"/>
            <w:shd w:fill="06426F"/>
          </w:tcPr>
          <w:p>
            <w:r>
              <w:rPr>
                <w:b/>
                <w:color w:val="FFFFFF"/>
                <w:sz w:val="19"/>
              </w:rPr>
              <w:t>Désignation</w:t>
            </w:r>
          </w:p>
        </w:tc>
        <w:tc>
          <w:tcPr>
            <w:tcW w:type="dxa" w:w="2040"/>
            <w:shd w:fill="06426F"/>
          </w:tcPr>
          <w:p>
            <w:r>
              <w:rPr>
                <w:b/>
                <w:color w:val="FFFFFF"/>
                <w:sz w:val="19"/>
              </w:rPr>
              <w:t>Quantité</w:t>
            </w:r>
          </w:p>
        </w:tc>
        <w:tc>
          <w:tcPr>
            <w:tcW w:type="dxa" w:w="2040"/>
            <w:shd w:fill="06426F"/>
          </w:tcPr>
          <w:p>
            <w:r>
              <w:rPr>
                <w:b/>
                <w:color w:val="FFFFFF"/>
                <w:sz w:val="19"/>
              </w:rPr>
              <w:t>Unité</w:t>
            </w:r>
          </w:p>
        </w:tc>
        <w:tc>
          <w:tcPr>
            <w:tcW w:type="dxa" w:w="2040"/>
            <w:shd w:fill="06426F"/>
          </w:tcPr>
          <w:p>
            <w:r>
              <w:rPr>
                <w:b/>
                <w:color w:val="FFFFFF"/>
                <w:sz w:val="19"/>
              </w:rPr>
              <w:t>Prix unitaire HT</w:t>
            </w:r>
          </w:p>
        </w:tc>
        <w:tc>
          <w:tcPr>
            <w:tcW w:type="dxa" w:w="2040"/>
            <w:shd w:fill="06426F"/>
          </w:tcPr>
          <w:p>
            <w:r>
              <w:rPr>
                <w:b/>
                <w:color w:val="FFFFFF"/>
                <w:sz w:val="19"/>
              </w:rPr>
              <w:t>Total HT</w:t>
            </w:r>
          </w:p>
        </w:tc>
      </w:tr>
      <w:tr>
        <w:tc>
          <w:tcPr>
            <w:tcW w:type="dxa" w:w="2040"/>
          </w:tcPr>
          <w:p>
            <w:r>
              <w:t>[Description de la prestation]</w:t>
            </w:r>
          </w:p>
        </w:tc>
        <w:tc>
          <w:tcPr>
            <w:tcW w:type="dxa" w:w="2040"/>
          </w:tcPr>
          <w:p>
            <w:r>
              <w:t>[__]</w:t>
            </w:r>
          </w:p>
        </w:tc>
        <w:tc>
          <w:tcPr>
            <w:tcW w:type="dxa" w:w="2040"/>
          </w:tcPr>
          <w:p>
            <w:r>
              <w:t>[u/h/m²...]</w:t>
            </w:r>
          </w:p>
        </w:tc>
        <w:tc>
          <w:tcPr>
            <w:tcW w:type="dxa" w:w="2040"/>
          </w:tcPr>
          <w:p>
            <w:r>
              <w:t>[__,__ €]</w:t>
            </w:r>
          </w:p>
        </w:tc>
        <w:tc>
          <w:tcPr>
            <w:tcW w:type="dxa" w:w="2040"/>
          </w:tcPr>
          <w:p>
            <w:r>
              <w:t>[__,__ €]</w:t>
            </w:r>
          </w:p>
        </w:tc>
      </w:tr>
      <w:tr>
        <w:tc>
          <w:tcPr>
            <w:tcW w:type="dxa" w:w="2040"/>
          </w:tcPr>
          <w:p>
            <w:r>
              <w:t>[Description de la prestation]</w:t>
            </w:r>
          </w:p>
        </w:tc>
        <w:tc>
          <w:tcPr>
            <w:tcW w:type="dxa" w:w="2040"/>
          </w:tcPr>
          <w:p>
            <w:r>
              <w:t>[__]</w:t>
            </w:r>
          </w:p>
        </w:tc>
        <w:tc>
          <w:tcPr>
            <w:tcW w:type="dxa" w:w="2040"/>
          </w:tcPr>
          <w:p>
            <w:r>
              <w:t>[u/h/m²...]</w:t>
            </w:r>
          </w:p>
        </w:tc>
        <w:tc>
          <w:tcPr>
            <w:tcW w:type="dxa" w:w="2040"/>
          </w:tcPr>
          <w:p>
            <w:r>
              <w:t>[__,__ €]</w:t>
            </w:r>
          </w:p>
        </w:tc>
        <w:tc>
          <w:tcPr>
            <w:tcW w:type="dxa" w:w="2040"/>
          </w:tcPr>
          <w:p>
            <w:r>
              <w:t>[__,__ €]</w:t>
            </w:r>
          </w:p>
        </w:tc>
      </w:tr>
      <w:tr>
        <w:tc>
          <w:tcPr>
            <w:tcW w:type="dxa" w:w="2040"/>
          </w:tcPr>
          <w:p>
            <w:r>
              <w:t>[Description de la prestation]</w:t>
            </w:r>
          </w:p>
        </w:tc>
        <w:tc>
          <w:tcPr>
            <w:tcW w:type="dxa" w:w="2040"/>
          </w:tcPr>
          <w:p>
            <w:r>
              <w:t>[__]</w:t>
            </w:r>
          </w:p>
        </w:tc>
        <w:tc>
          <w:tcPr>
            <w:tcW w:type="dxa" w:w="2040"/>
          </w:tcPr>
          <w:p>
            <w:r>
              <w:t>[u/h/m²...]</w:t>
            </w:r>
          </w:p>
        </w:tc>
        <w:tc>
          <w:tcPr>
            <w:tcW w:type="dxa" w:w="2040"/>
          </w:tcPr>
          <w:p>
            <w:r>
              <w:t>[__,__ €]</w:t>
            </w:r>
          </w:p>
        </w:tc>
        <w:tc>
          <w:tcPr>
            <w:tcW w:type="dxa" w:w="2040"/>
          </w:tcPr>
          <w:p>
            <w:r>
              <w:t>[__,__ €]</w:t>
            </w:r>
          </w:p>
        </w:tc>
      </w:tr>
      <w:tr>
        <w:tc>
          <w:tcPr>
            <w:tcW w:type="dxa" w:w="2040"/>
          </w:tcPr>
          <w:p>
            <w:r>
              <w:t>[Description de la prestation]</w:t>
            </w:r>
          </w:p>
        </w:tc>
        <w:tc>
          <w:tcPr>
            <w:tcW w:type="dxa" w:w="2040"/>
          </w:tcPr>
          <w:p>
            <w:r>
              <w:t>[__]</w:t>
            </w:r>
          </w:p>
        </w:tc>
        <w:tc>
          <w:tcPr>
            <w:tcW w:type="dxa" w:w="2040"/>
          </w:tcPr>
          <w:p>
            <w:r>
              <w:t>[u/h/m²...]</w:t>
            </w:r>
          </w:p>
        </w:tc>
        <w:tc>
          <w:tcPr>
            <w:tcW w:type="dxa" w:w="2040"/>
          </w:tcPr>
          <w:p>
            <w:r>
              <w:t>[__,__ €]</w:t>
            </w:r>
          </w:p>
        </w:tc>
        <w:tc>
          <w:tcPr>
            <w:tcW w:type="dxa" w:w="2040"/>
          </w:tcPr>
          <w:p>
            <w:r>
              <w:t>[__,__ €]</w:t>
            </w:r>
          </w:p>
        </w:tc>
      </w:tr>
    </w:tbl>
    <w:p/>
    <w:tbl>
      <w:tblPr>
        <w:tblW w:type="auto" w:w="0"/>
        <w:jc w:val="right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r>
              <w:rPr>
                <w:b w:val="0"/>
              </w:rPr>
              <w:t>Sous-total HT</w:t>
            </w:r>
          </w:p>
        </w:tc>
        <w:tc>
          <w:tcPr>
            <w:tcW w:type="dxa" w:w="5100"/>
          </w:tcPr>
          <w:p>
            <w:r>
              <w:t>[__,__ €]</w:t>
            </w:r>
          </w:p>
        </w:tc>
      </w:tr>
      <w:tr>
        <w:tc>
          <w:tcPr>
            <w:tcW w:type="dxa" w:w="5100"/>
          </w:tcPr>
          <w:p>
            <w:r>
              <w:rPr>
                <w:b w:val="0"/>
              </w:rPr>
              <w:t>TVA</w:t>
            </w:r>
          </w:p>
        </w:tc>
        <w:tc>
          <w:tcPr>
            <w:tcW w:type="dxa" w:w="5100"/>
          </w:tcPr>
          <w:p>
            <w:r>
              <w:t>[__,__ €]</w:t>
            </w:r>
          </w:p>
        </w:tc>
      </w:tr>
      <w:tr>
        <w:tc>
          <w:tcPr>
            <w:tcW w:type="dxa" w:w="5100"/>
          </w:tcPr>
          <w:p>
            <w:r>
              <w:rPr>
                <w:b/>
              </w:rPr>
              <w:t>Total TTC</w:t>
            </w:r>
          </w:p>
        </w:tc>
        <w:tc>
          <w:tcPr>
            <w:tcW w:type="dxa" w:w="5100"/>
          </w:tcPr>
          <w:p>
            <w:r>
              <w:t>[__,__ €]</w:t>
            </w:r>
          </w:p>
        </w:tc>
      </w:tr>
    </w:tbl>
    <w:p>
      <w:r>
        <w:rPr>
          <w:i/>
          <w:color w:val="5C6B80"/>
          <w:sz w:val="18"/>
        </w:rPr>
        <w:t>TVA non applicable, art. 293 B du CGI (à retirer si vous n'êtes pas en franchise en base de TVA)</w:t>
      </w:r>
    </w:p>
    <w:p>
      <w:r>
        <w:rPr>
          <w:b/>
          <w:color w:val="06426F"/>
          <w:sz w:val="22"/>
        </w:rPr>
        <w:t>Conditions de règlement</w:t>
      </w:r>
    </w:p>
    <w:p>
      <w:r>
        <w:t>Date d'échéance : [__/__/____]</w:t>
        <w:br/>
      </w:r>
      <w:r>
        <w:t>Mode de règlement : [virement / chèque / carte bancaire]</w:t>
        <w:br/>
      </w:r>
      <w:r>
        <w:t>Pas d'escompte pour paiement anticipé.</w:t>
      </w:r>
    </w:p>
    <w:p>
      <w:r>
        <w:rPr>
          <w:b/>
          <w:color w:val="06426F"/>
          <w:sz w:val="22"/>
        </w:rPr>
        <w:t>Mentions légales obligatoires</w:t>
      </w:r>
    </w:p>
    <w:p>
      <w:r>
        <w:rPr>
          <w:sz w:val="18"/>
        </w:rPr>
        <w:t>En cas de retard de paiement, une pénalité correspondant à trois fois le taux d'intérêt légal en vigueur sera appliquée (article L441-10 du Code de commerce), ainsi qu'une indemnité forfaitaire pour frais de recouvrement de 40 €. La numérotation de cette facture est unique et chronologique, conformément à la réglementation.</w:t>
      </w:r>
    </w:p>
    <w:p/>
    <w:p>
      <w:pPr>
        <w:jc w:val="center"/>
      </w:pPr>
      <w:r>
        <w:rPr>
          <w:color w:val="5C6B80"/>
          <w:sz w:val="16"/>
        </w:rPr>
        <w:t>Modèle proposé par Artibot — artibot.pro</w:t>
      </w:r>
    </w:p>
    <w:sectPr w:rsidR="00FC693F" w:rsidRPr="0006063C" w:rsidSect="00034616">
      <w:pgSz w:w="12240" w:h="15840"/>
      <w:pgMar w:top="737" w:right="1020" w:bottom="73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before="0"/>
    </w:pPr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